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המזוודה מהמחסן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פרטי הסיפור ואת רצף האירועים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לפרש ביטויים ורגשות של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וצורות רבים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קייב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1991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המזוודה הייתה חומה וישנה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מהסיפור עולה שהמשפחה יצאה יחד מקייב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בפסקה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(בלויות מרוב שימוש)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(שהצבע שלה החוויר עם הזמן)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(שיהיה בו מקום ל...)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(עיר שהיום היא בירת אוקראינה)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יונתן ואמא מוצאים מזוודה ישנה במחסן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 מספרת שהיא עלתה ארצה עם המזוודה ב-1991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אמא פותחת את המזוודה ומראה מה בפנים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יונתן שואל מה קרה לשאר החפצים של אמא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מעמיקה והבעת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קייב, 1991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קושי לבחור מה חשוב מתוך חיים 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על חפצים ישנים בבית התלמידים לפני קריאת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להדגיש מבנה של עמדה, שני נימוקים ודוגמה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המזוודה מהמחסן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'המזוודה מהמחסן' מוצאים יונתן ואמו מזוודה ישנה שמספרת על עלייתה ארצה. דף זה בודק הבנה, לשון והבעת דעה סביב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מחסן  ·  חוט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מאיזו עיר עלתה אמא של יונתן ארצה?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מוסקבה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וורשה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שנה עלתה אמא ארצה?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בת כמה הייתה אמא כשעלתה ארצה?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חמש עשרה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המזוודה שנמצאה הייתה חדשה וכחולה.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אמא עלתה לארץ עם כל המשפחה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בתוך המזוודה היה ספר שירים ברוסית.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המזוודה נמצאה ב__________ כשהמשפחה עברה דירה.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הידית של המזוודה הייתה קשורה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שחוקות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עיר שהיום היא בירת אוקראינה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דהויה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שיהיה בו מקום ל...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להכיל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בלויות מרוב שימוש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קייב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שהצבע שלה החוויר עם הזמן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אמא פותחת את המזוודה ומראה מה בפנים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יונתן שואל מה קרה לשאר החפצים של אמא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יונתן ואמא מוצאים מזוודה ישנה במחסן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אמא מספרת שהיא עלתה ארצה עם המזוודה ב-1991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הבנה מעמיקה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מאיזו עיר ובאיזו שנה עלתה אמא של יונתן?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הביטוי 'מזוודה שצריכה להכיל ילדות שלמה' מלמד אותנו?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המזוודה מהמחסן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