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פרטי הסיפור ואת רצף האירועים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ביטויים ורגשות של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וצורות רבים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מכתב מהגננת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קרובי משפחה שלא הכירו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כי יכלה לקחת רק מזוודה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המזוודה הייתה חומה וישנה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מהסיפור עולה שהמשפחה יצאה יחד מקייב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יונתן הציע לשים אותה בסלון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(בלויות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(שהצבע שלה החוויר עם 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(שיהיה בו מקום ל...)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(עיר שהיום היא בירת אוקראינה)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יונתן ואמא מוצאים מזוודה ישנה במחסן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 מספרת שהיא עלתה ארצה עם המזוודה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פותחת את המזוודה ומראה מה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יונתן שואל מה קרה לשאר החפצים של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יונתן מציע לשים את המזוודה בסלון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שבמזוודה קטנה אחת צריך לבחור מה לקחת מכל הזיכרונות והחפצים של הילדות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נימוק - שימור הזיכרון המשפחתי לעומת הפרטיות או הנוחות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קייב, 1991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קושי לבחור מה חשוב מתוך חיים שלמים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חפצים ישנים בבית התלמידים לפני קריאת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להדגיש מבנה של עמדה, שני נימוקים ודוגמה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המזוודה מהמחסן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יונתן ואמא שלו מוצאים מזוודה ישנה. המזוודה מספרת על הנסיעה של אמא לארץ ישראל. נענה על שאלות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שחוקות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בלויות, נשחקו מרוב שימוש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דהויה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הצבע שלה החוויר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להכיל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להכניס בתוכו, שיהיה בו מקום ל...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גדולה, היום בירת אוקראינה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 ארצה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להתגורר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 המועצות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גדולה שהתפרקה, כללה את רוסיה ואוקראינה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קרובי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משפחה שלא גרים באותו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סבתא־רבא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הסבתא או הסבא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עיר אמא עלתה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אמא עלתה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כמה הייתה אמא כשעלתה?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לא נמצא במזוודה?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בובה בשמלה אדומה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שירים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מהגננת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קיבל את המשפחה כשהגיעה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קרובי משפחה שלא הכירו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חברים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שכנים מהעיר הישנה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הבחירה הייתה 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יכלה לקחת רק מזוודה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המזוודה הייתה קטנה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היה לה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ידעה לארוז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המזוודה שנמצאה הייתה חדשה וכחולה.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עלתה לארץ עם כל המשפחה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המזוודה היה ספר שירים ברוסית.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הציע להחזיר את המזוודה למחסן.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המזוודה נמצאה ב__________ כשהמשפחה עברה דירה.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הידית של המזוודה הייתה קשורה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אמא עלתה לארץ מהעיר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יונתן הציע לשים את המזוודה ב__________ במקום במחסן.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שיהיה בו מקום ל...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דהויה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שהיום היא בירת אוקראינה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להכיל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שהצבע שלה החוויר עם 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קייב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בלויות מרוב שימוש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מספרת שהיא עלתה ארצה עם המזוודה ב-1991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פותחת את המזוודה ומראה מה בפנים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מציע לשים את המזוודה בסלון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ואמא מוצאים מזוודה ישנה במחסן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יונתן שואל מה קרה לשאר החפצים של אמא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הכוונה בביטוי 'מזוודה אחת שצריכה להכיל ילדות שלמה'?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דעתכם על הצעתו של יונתן להעביר את המזוודה לסלון?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מאיזו עיר ובאיזו שנה עלתה אמא של יונתן?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הביטוי 'מזוודה שצריכה להכיל ילדות שלמה' מלמד אותנו?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אתם חושבים שצריך לשמר חפצים משפחתיים ישנים?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המזוודה מהמחסן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